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i/>
          <w:color w:val="B03030"/>
          <w:sz w:val="18"/>
        </w:rPr>
        <w:t>FICTIONAL PRACTICE DATA - for Copilot training only. Not a real hotel.</w:t>
      </w:r>
    </w:p>
    <w:p>
      <w:pPr>
        <w:pStyle w:val="Heading1"/>
      </w:pPr>
      <w:r>
        <w:t>The Lumen Hotel Bangkok - Executive Committee meeting, Wed 4 Nov 2026 (auto transcript)</w:t>
      </w:r>
    </w:p>
    <w:p>
      <w:r>
        <w:t>Attendees: GM, Daniel Koh (Finance), Marco Bellini (F&amp;B), Wilai (Housekeeping), Ploy (Front Office), Anan (Engineering), Natcha Srisuk (Sales &amp; Marketing), Siriporn (HR)</w:t>
      </w:r>
    </w:p>
    <w:p>
      <w:r>
        <w:t>[00:00] GM: Morning everyone. Let's keep this to 45 minutes. Main topics: October results and the owner's email, guest reviews, Christmas packages, and the renovation question.</w:t>
      </w:r>
    </w:p>
    <w:p>
      <w:r>
        <w:t>[01:02] Daniel (Finance): So October GOP was 6.2% below budget. Revenue was nearly on budget, it's costs. F&amp;B cost of sales 34% and Housekeeping overtime. Owner wants a recovery plan. Call with the owners is the 14th, I think the papers need to go on the 12th.</w:t>
      </w:r>
    </w:p>
    <w:p>
      <w:r>
        <w:t>[02:16] GM: OK. Daniel, can you draft the numbers part of the recovery plan? I'd like to see it by the 10th so I have time to read it.</w:t>
      </w:r>
    </w:p>
    <w:p>
      <w:r>
        <w:t>[03:11] Daniel (Finance): Yes, the 10th is fine.</w:t>
      </w:r>
    </w:p>
    <w:p>
      <w:r>
        <w:t>[03:49] Marco (F&amp;B): On food cost, seafood went up 11 percent, dairy about 8. We haven't touched menu prices since March. I can get us to 31 percent by December if we re-price about fifteen dishes and switch the dairy supplier. I'll bring a list.</w:t>
      </w:r>
    </w:p>
    <w:p>
      <w:r>
        <w:t>[05:01] GM: When?</w:t>
      </w:r>
    </w:p>
    <w:p>
      <w:r>
        <w:t>[05:36] Marco (F&amp;B): End of next week. Friday the 13th.</w:t>
      </w:r>
    </w:p>
    <w:p>
      <w:r>
        <w:t>[06:16] Wilai (Housekeeping): Overtime is because we were short six room attendants. Three start on the 16th. Also, I saw the reviews, rooms not being cleaned on day two. That's the same problem. I'll do a new floor checklist so nothing is missed, starting this week.</w:t>
      </w:r>
    </w:p>
    <w:p>
      <w:r>
        <w:t>[07:30] Ploy (Front Office): The biggest complaint in reviews is check-in waiting time. Between 2 and 6pm we only have two agents. If I move two people from the morning shift to the afternoon, I can fix it without extra cost. I also want to pilot mobile check-in for Executive floor guests.</w:t>
      </w:r>
    </w:p>
    <w:p>
      <w:r>
        <w:t>[08:48] GM: Good. Start the shift change Monday. For mobile check-in, give me a one-page proposal by the 20th.</w:t>
      </w:r>
    </w:p>
    <w:p>
      <w:r>
        <w:t>[09:39] Anan (Engineering): AC noise, we found three rooms with a fan problem, 1204, 1210 and 1517. Fixed by Friday. Wi-Fi is a bigger job, the access points are old. I'm getting a quote from the vendor, should have it by the 15th.</w:t>
      </w:r>
    </w:p>
    <w:p>
      <w:r>
        <w:t>[10:47] Natcha (Sales): Christmas and New Year packages are ready, I just need price sign-off. Also, I want to stop the influencer campaign. We spent 1.4 million and got 42 bookings. I'd rather move that money to the brand website ads.</w:t>
      </w:r>
    </w:p>
    <w:p>
      <w:r>
        <w:t>[11:57] GM: Agreed on stopping influencers. Send me the package prices today and I'll sign off tomorrow. The money move, show me numbers first.</w:t>
      </w:r>
    </w:p>
    <w:p>
      <w:r>
        <w:t>[12:53] Natcha (Sales): Fine.</w:t>
      </w:r>
    </w:p>
    <w:p>
      <w:r>
        <w:t>[13:28] Ploy (Front Office): One more thing, guests keep complaining about lost and found. Items take days to come back and nobody knows who's responsible.</w:t>
      </w:r>
    </w:p>
    <w:p>
      <w:r>
        <w:t>[14:24] GM: Yes, someone needs to look at that. Let's come back to it.</w:t>
      </w:r>
    </w:p>
    <w:p>
      <w:r>
        <w:t>[15:08] Marco (F&amp;B): About the pool music, the DJ brings people to the bar, but reviews say it's too loud. Can we turn it off after 6?</w:t>
      </w:r>
    </w:p>
    <w:p>
      <w:r>
        <w:t>[16:01] Natcha (Sales): The rooftop bar revenue is up 20 percent since the DJ started. I don't want to lose that.</w:t>
      </w:r>
    </w:p>
    <w:p>
      <w:r>
        <w:t>[16:50] GM: Let's not decide today. Marco and Natcha, talk and come back with a proposal.</w:t>
      </w:r>
    </w:p>
    <w:p>
      <w:r>
        <w:t>[17:37] Siriporn (HR): Last thing. The 5 percent salary increase from January. I don't think it's in the 2027 budget. Daniel?</w:t>
      </w:r>
    </w:p>
    <w:p>
      <w:r>
        <w:t>[18:29] Daniel (Finance): Hmm. I'll check. If it's missing it's about 5.8 million for the year.</w:t>
      </w:r>
    </w:p>
    <w:p>
      <w:r>
        <w:t>[19:15] GM: Please check and tell me by Monday. And on the renovation, the owner is asking to move it to June-July. Natcha says we have groups then. I won't answer the owner until I've seen both sides. Daniel and Natcha, one page with pros and cons each.</w:t>
      </w:r>
    </w:p>
    <w:p>
      <w:r>
        <w:t>[20:30] GM: OK, thanks everyone.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