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i/>
          <w:color w:val="B03030"/>
          <w:sz w:val="18"/>
        </w:rPr>
        <w:t>FICTIONAL PRACTICE DATA - for Copilot training only. Not a real hotel.</w:t>
      </w:r>
    </w:p>
    <w:p>
      <w:pPr>
        <w:pStyle w:val="Heading1"/>
      </w:pPr>
      <w:r>
        <w:t>The Lumen Hotel Bangkok - Lost &amp; found: notes from Front Office (messy draft)</w:t>
      </w:r>
    </w:p>
    <w:p>
      <w:r>
        <w:t>notes from Ploy after the guest complaints, need to turn this into a proper SOP for all staff</w:t>
      </w:r>
    </w:p>
    <w:p>
      <w:r>
        <w:t>- item found in room by HK -&gt; should go to HK office same shift, not left on the trolley!! (happened twice in Oct)</w:t>
      </w:r>
    </w:p>
    <w:p>
      <w:r>
        <w:t>- log it in the L&amp;F book: date, time, room or place, who found it, description, photo on the HK phone</w:t>
      </w:r>
    </w:p>
    <w:p>
      <w:r>
        <w:t>- valuables (passport, cash, jewellery, phones, laptops) -&gt; safe in the FO cashier office, witness signs. cash counted with 2 people</w:t>
      </w:r>
    </w:p>
    <w:p>
      <w:r>
        <w:t>- normal items keep 90 days, food/drink thrown same day, valuables 1 year then hand to police station?? check with security</w:t>
      </w:r>
    </w:p>
    <w:p>
      <w:r>
        <w:t>- guest calls to ask -&gt; FO checks the log, never say 'no' without checking HK office + safe</w:t>
      </w:r>
    </w:p>
    <w:p>
      <w:r>
        <w:t>- shipping to guest: guest pays, we send by courier, get written ok by email first, keep tracking number in the log</w:t>
      </w:r>
    </w:p>
    <w:p>
      <w:r>
        <w:t>- if we find the owner's name (ID inside wallet etc) FO contacts guest within 24h, don't wait for them to call</w:t>
      </w:r>
    </w:p>
    <w:p>
      <w:r>
        <w:t>- items found in public areas (lobby, pool, spa, restaurant) -&gt; security, same log</w:t>
      </w:r>
    </w:p>
    <w:p>
      <w:r>
        <w:t>- monthly: security mgr + HK mgr check the log vs the shelf, sign</w:t>
      </w:r>
    </w:p>
    <w:p>
      <w:r>
        <w:t>- staff must NEVER keep items, even if not claimed. disciplinary</w:t>
      </w:r>
    </w:p>
    <w:p>
      <w:r>
        <w:t>- problem now: items take 3-5 days to be found when guest calls. target = answer guest within 2 hours</w:t>
      </w:r>
    </w:p>
    <w:p>
      <w:r>
        <w:t>- who owns this? I think FO manager owns the process, HK + security do the storage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