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Copilot prompt pack for hotel leaders</w:t>
      </w:r>
    </w:p>
    <w:p>
      <w:r>
        <w:t>Every prompt from the training on 9 November 2026. Slides and practice files: copilot-hotel-training.pages.dev</w:t>
      </w:r>
    </w:p>
    <w:p>
      <w:r>
        <w:t>Recipe: Goal + Context + Source + Expectations. Then keep improving it in the same chat.</w:t>
      </w:r>
    </w:p>
    <w:p>
      <w:pPr>
        <w:pStyle w:val="Heading1"/>
      </w:pPr>
      <w:r>
        <w:t>1. Warm-up: a VIP welcome letter</w:t>
      </w:r>
    </w:p>
    <w:p>
      <w:pPr>
        <w:pStyle w:val="Heading2"/>
      </w:pPr>
      <w:r>
        <w:t>First draft</w:t>
      </w:r>
    </w:p>
    <w:p>
      <w:r>
        <w:t>You are the General Manager of a 5-star hotel in Bangkok. Write a short welcome letter for a VIP guest couple, Mr. and Mrs. Tanaka from Osaka, who are celebrating their 25th wedding anniversary. They arrive on Friday and stay 4 nights in a river-view suite. Keep it warm, elegant and under 120 words. Sign it from me, the General Manager.</w:t>
      </w:r>
    </w:p>
    <w:p>
      <w:r>
        <w:rPr>
          <w:i/>
        </w:rPr>
        <w:t>Check: Read it like a guest would. Did Copilot invent anything you did not approve, like a free upgrade or a spa voucher? Delete it. You are the one sending it.</w:t>
      </w:r>
    </w:p>
    <w:p>
      <w:pPr>
        <w:pStyle w:val="Heading2"/>
      </w:pPr>
      <w:r>
        <w:t>Improve it</w:t>
      </w:r>
    </w:p>
    <w:p>
      <w:r>
        <w:t>Make it more personal and a little less formal. Add one line inviting them for a sunset table at our rooftop bar. Keep it under 100 words.</w:t>
      </w:r>
    </w:p>
    <w:p>
      <w:r>
        <w:rPr>
          <w:i/>
        </w:rPr>
        <w:t>Check: You did not start again. You kept talking in the same chat. That is how you get great results: draft, then steer.</w:t>
      </w:r>
    </w:p>
    <w:p>
      <w:pPr>
        <w:pStyle w:val="Heading2"/>
      </w:pPr>
      <w:r>
        <w:t>Translate</w:t>
      </w:r>
    </w:p>
    <w:p>
      <w:r>
        <w:t>Now translate the letter into Japanese and Thai. Show each version under its own heading.</w:t>
      </w:r>
    </w:p>
    <w:p>
      <w:r>
        <w:rPr>
          <w:i/>
        </w:rPr>
        <w:t>Check: For anything a guest will read, ask a native speaker on your team to check it once.</w:t>
      </w:r>
    </w:p>
    <w:p>
      <w:pPr>
        <w:pStyle w:val="Heading1"/>
      </w:pPr>
      <w:r>
        <w:t>2. Owner email thread: find every ask, then reply</w:t>
      </w:r>
    </w:p>
    <w:p>
      <w:r>
        <w:t>Practice file: 01-Owner-email-thread.docx</w:t>
      </w:r>
    </w:p>
    <w:p>
      <w:pPr>
        <w:pStyle w:val="Heading2"/>
      </w:pPr>
      <w:r>
        <w:t>Find every ask</w:t>
      </w:r>
    </w:p>
    <w:p>
      <w:r>
        <w:t>I attached an email thread with our hotel owner's representative and my team. Summarise it in a table with these columns: What is being asked | Who asked | Deadline | What we already know. Include asks hidden in the replies, not only in the first email. Then list anything I must NOT promise yet, and why.</w:t>
      </w:r>
    </w:p>
    <w:p>
      <w:r>
        <w:rPr>
          <w:i/>
        </w:rPr>
        <w:t>Check: There are about 9 asks. The key deadline (plan to the owner by Wed 12 Nov) is only in Daniel's reply. Did Copilot find it?</w:t>
      </w:r>
    </w:p>
    <w:p>
      <w:pPr>
        <w:pStyle w:val="Heading2"/>
      </w:pPr>
      <w:r>
        <w:t>Draft my reply</w:t>
      </w:r>
    </w:p>
    <w:p>
      <w:r>
        <w:t>Draft my reply to Khun Pornthip as the General Manager. Use only facts from the thread. Confirm the Q4 recovery plan will reach her by Wednesday 12 November, propose a 30-minute call on Thursday afternoon, and do not commit to moving the renovation yet. Tone: calm, confident and respectful. Under 180 words.</w:t>
      </w:r>
    </w:p>
    <w:p>
      <w:r>
        <w:rPr>
          <w:i/>
        </w:rPr>
        <w:t>Check: It must not promise the June-July renovation move. Natcha asked to discuss first.</w:t>
      </w:r>
    </w:p>
    <w:p>
      <w:pPr>
        <w:pStyle w:val="Heading2"/>
      </w:pPr>
      <w:r>
        <w:t>Make it tighter</w:t>
      </w:r>
    </w:p>
    <w:p>
      <w:r>
        <w:t>Make it shorter and more direct, under 120 words, and add a clear subject line.</w:t>
      </w:r>
    </w:p>
    <w:p>
      <w:r>
        <w:rPr>
          <w:i/>
        </w:rPr>
        <w:t>Check: Copy it into Outlook and send it to yourself, not to anyone else. This is practice data.</w:t>
      </w:r>
    </w:p>
    <w:p>
      <w:pPr>
        <w:pStyle w:val="Heading1"/>
      </w:pPr>
      <w:r>
        <w:t>3. Meeting transcript: minutes and actions</w:t>
      </w:r>
    </w:p>
    <w:p>
      <w:r>
        <w:t>Practice file: 05-ExCom-meeting-transcript.docx</w:t>
      </w:r>
    </w:p>
    <w:p>
      <w:pPr>
        <w:pStyle w:val="Heading2"/>
      </w:pPr>
      <w:r>
        <w:t>Minutes + actions</w:t>
      </w:r>
    </w:p>
    <w:p>
      <w:r>
        <w:t>Attached is the transcript of our executive committee meeting. Write clear minutes with: 1) decisions made, 2) an action table with Owner | Action | Due date, 3) topics discussed but NOT decided. Use only what is in the transcript. If an action has no owner or no date, write MISSING instead of guessing.</w:t>
      </w:r>
    </w:p>
    <w:p>
      <w:r>
        <w:rPr>
          <w:i/>
        </w:rPr>
        <w:t>Check: Lost and found should show MISSING: nobody owns it. Pool music and the renovation timing are NOT decided.</w:t>
      </w:r>
    </w:p>
    <w:p>
      <w:pPr>
        <w:pStyle w:val="Heading2"/>
      </w:pPr>
      <w:r>
        <w:t>Follow-up email</w:t>
      </w:r>
    </w:p>
    <w:p>
      <w:r>
        <w:t>Write a short follow-up email from me to the whole team with the action table. Friendly, clear, bullet points, under 200 words.</w:t>
      </w:r>
    </w:p>
    <w:p>
      <w:r>
        <w:rPr>
          <w:i/>
        </w:rPr>
        <w:t>Check: Check every date against the transcript. Dates are where AI most often slips.</w:t>
      </w:r>
    </w:p>
    <w:p>
      <w:pPr>
        <w:pStyle w:val="Heading2"/>
      </w:pPr>
      <w:r>
        <w:t>What could slip?</w:t>
      </w:r>
    </w:p>
    <w:p>
      <w:r>
        <w:t>Which 3 actions are most likely to slip or cause problems? For each, give me one question I should ask the owner of that action.</w:t>
      </w:r>
    </w:p>
    <w:p>
      <w:r>
        <w:rPr>
          <w:i/>
        </w:rPr>
        <w:t>Check: Good answers mention the 5% salary increase missing from the budget, and lost and found having no owner.</w:t>
      </w:r>
    </w:p>
    <w:p>
      <w:pPr>
        <w:pStyle w:val="Heading1"/>
      </w:pPr>
      <w:r>
        <w:t>4. Budget 2027: explain it, then check it</w:t>
      </w:r>
    </w:p>
    <w:p>
      <w:r>
        <w:t>Practice file: 03-Budget-2027-draft.xlsx</w:t>
      </w:r>
    </w:p>
    <w:p>
      <w:pPr>
        <w:pStyle w:val="Heading2"/>
      </w:pPr>
      <w:r>
        <w:t>Explain it</w:t>
      </w:r>
    </w:p>
    <w:p>
      <w:r>
        <w:t>Attached is our draft 2027 budget. Explain it to me in 8 short bullets, as if I had 2 minutes before a meeting: occupancy, ADR, RevPAR, total revenue and GOP for 2027 compared with the 2026 forecast, and the single biggest change.</w:t>
      </w:r>
    </w:p>
    <w:p>
      <w:r>
        <w:rPr>
          <w:i/>
        </w:rPr>
        <w:t>Check: Spot-check one number yourself in the file. Never present a number you did not check.</w:t>
      </w:r>
    </w:p>
    <w:p>
      <w:pPr>
        <w:pStyle w:val="Heading2"/>
      </w:pPr>
      <w:r>
        <w:t>Check it</w:t>
      </w:r>
    </w:p>
    <w:p>
      <w:r>
        <w:t>Now act as a careful hotel financial controller. Check this budget for mistakes and risky assumptions. 1) For each 2027 month, recalculate rooms revenue as rooms sold x ADR, and check every full-year total. Show any line where the numbers do not add up. 2) Read the 'Assumptions &amp; notes' sheet and list anything in the numbers that contradicts the notes. Put the results in a table: Issue | Where | Why it matters | Suggested fix.</w:t>
      </w:r>
    </w:p>
    <w:p>
      <w:r>
        <w:rPr>
          <w:i/>
        </w:rPr>
        <w:t>Check: We hid 2 math mistakes and several weak assumptions in this file. How many did Copilot find? If it missed one, ask: 'Check June again' or 'Check the full-year total revenue again'.</w:t>
      </w:r>
    </w:p>
    <w:p>
      <w:pPr>
        <w:pStyle w:val="Heading2"/>
      </w:pPr>
      <w:r>
        <w:t>Note for the owners</w:t>
      </w:r>
    </w:p>
    <w:p>
      <w:r>
        <w:t>Write a one-page note for the owners: what the 2027 budget says, the 3 biggest risks, and what we will change before the final version. Plain English, no jargon, under 250 words.</w:t>
      </w:r>
    </w:p>
    <w:p>
      <w:r>
        <w:rPr>
          <w:i/>
        </w:rPr>
        <w:t>Check: Does it repeat the wrong totals? If you fixed the mistakes in the chat, it should use the corrected numbers.</w:t>
      </w:r>
    </w:p>
    <w:p>
      <w:pPr>
        <w:pStyle w:val="Heading1"/>
      </w:pPr>
      <w:r>
        <w:t>5. From numbers to an owner presentation</w:t>
      </w:r>
    </w:p>
    <w:p>
      <w:pPr>
        <w:pStyle w:val="Heading2"/>
      </w:pPr>
      <w:r>
        <w:t>Slide outline</w:t>
      </w:r>
    </w:p>
    <w:p>
      <w:r>
        <w:t>Turn the owner note into a 6-slide presentation outline. For each slide give: a title of 8 words or fewer, 3 bullet points, and one line of speaker notes. Slide 1 is the key message. The last slide lists the decisions we need from the owners.</w:t>
      </w:r>
    </w:p>
    <w:p>
      <w:r>
        <w:rPr>
          <w:i/>
        </w:rPr>
        <w:t>Check: Every number on a slide must match the budget file.</w:t>
      </w:r>
    </w:p>
    <w:p>
      <w:pPr>
        <w:pStyle w:val="Heading2"/>
      </w:pPr>
      <w:r>
        <w:t>Make the file</w:t>
      </w:r>
    </w:p>
    <w:p>
      <w:r>
        <w:t>Create this as a PowerPoint presentation I can download. Use a clean, simple, professional design.</w:t>
      </w:r>
    </w:p>
    <w:p>
      <w:r>
        <w:rPr>
          <w:i/>
        </w:rPr>
        <w:t>Check: If Copilot gives you a file, open it and check every slide. If it can't make files on your account, open PowerPoint, paste one slide at a time and click Designer for layouts.</w:t>
      </w:r>
    </w:p>
    <w:p>
      <w:pPr>
        <w:pStyle w:val="Heading1"/>
      </w:pPr>
      <w:r>
        <w:t>6. Marketing spend: what is really working?</w:t>
      </w:r>
    </w:p>
    <w:p>
      <w:r>
        <w:t>Practice file: 04-Marketing-spend-2026.xlsx</w:t>
      </w:r>
    </w:p>
    <w:p>
      <w:pPr>
        <w:pStyle w:val="Heading2"/>
      </w:pPr>
      <w:r>
        <w:t>Rank the channels</w:t>
      </w:r>
    </w:p>
    <w:p>
      <w:r>
        <w:t>Attached is our marketing spend for January to October 2026. Make a table for every channel showing: spend, bookings, cost per booking, and revenue for every 1 baht spent. Sort it from best to worst return. If a channel has 0 bookings, write N/A instead of dividing by zero.</w:t>
      </w:r>
    </w:p>
    <w:p>
      <w:r>
        <w:rPr>
          <w:i/>
        </w:rPr>
        <w:t>Check: Best: email newsletter (about 32 baht back for every baht). Worst: print ads (nothing tracked) and the influencer campaign (0.4).</w:t>
      </w:r>
    </w:p>
    <w:p>
      <w:pPr>
        <w:pStyle w:val="Heading2"/>
      </w:pPr>
      <w:r>
        <w:t>Plan a 15% cut</w:t>
      </w:r>
    </w:p>
    <w:p>
      <w:r>
        <w:t>I need to cut total marketing spend by 15%. Suggest where to cut and where to move money, with a one-line reason for each. Protect the channels with the best return. Show the new plan in a table: Channel | Current | New | Change. Note that OTA spend is commission, not a budget we can simply cut.</w:t>
      </w:r>
    </w:p>
    <w:p>
      <w:r>
        <w:rPr>
          <w:i/>
        </w:rPr>
        <w:t>Check: 15% of THB 15,620,000 is about THB 2,343,000. Do the new numbers add up?</w:t>
      </w:r>
    </w:p>
    <w:p>
      <w:pPr>
        <w:pStyle w:val="Heading2"/>
      </w:pPr>
      <w:r>
        <w:t>Questions to ask</w:t>
      </w:r>
    </w:p>
    <w:p>
      <w:r>
        <w:t>Write 5 sharp questions I should ask my Director of Sales &amp; Marketing before I approve this plan.</w:t>
      </w:r>
    </w:p>
    <w:p>
      <w:r>
        <w:rPr>
          <w:i/>
        </w:rPr>
        <w:t>Check: A good question: why did print ads have no tracking code?</w:t>
      </w:r>
    </w:p>
    <w:p>
      <w:pPr>
        <w:pStyle w:val="Heading1"/>
      </w:pPr>
      <w:r>
        <w:t>7. Guest reviews: themes, replies, actions</w:t>
      </w:r>
    </w:p>
    <w:p>
      <w:r>
        <w:t>Practice file: 02-Guest-reviews-October.xlsx</w:t>
      </w:r>
    </w:p>
    <w:p>
      <w:pPr>
        <w:pStyle w:val="Heading2"/>
      </w:pPr>
      <w:r>
        <w:t>Find the themes</w:t>
      </w:r>
    </w:p>
    <w:p>
      <w:r>
        <w:t>Attached are 60 guest reviews from October. Some are in Thai and Chinese. Include those too. Find the top 5 complaints and the top 5 compliments. For each, show how many reviews mention it and one short quote, translated into English if needed. Put it in a table.</w:t>
      </w:r>
    </w:p>
    <w:p>
      <w:r>
        <w:rPr>
          <w:i/>
        </w:rPr>
        <w:t>Check: Top complaint: slow check-in (about 14 reviews). Top compliment: breakfast (about 16). Khun Nok at the concierge desk is praised by name about 9 times. Did it read the Thai and Chinese ones?</w:t>
      </w:r>
    </w:p>
    <w:p>
      <w:pPr>
        <w:pStyle w:val="Heading2"/>
      </w:pPr>
      <w:r>
        <w:t>Reply to the worst</w:t>
      </w:r>
    </w:p>
    <w:p>
      <w:r>
        <w:t>Write replies to the 3 lowest-rated reviews. Warm and personal, take ownership, no excuses, no copy-paste feeling. Mention one specific fix in each. Under 80 words each. Sign as the General Manager.</w:t>
      </w:r>
    </w:p>
    <w:p>
      <w:r>
        <w:rPr>
          <w:i/>
        </w:rPr>
        <w:t>Check: No refunds or free nights promised. That is your decision, not Copilot's.</w:t>
      </w:r>
    </w:p>
    <w:p>
      <w:pPr>
        <w:pStyle w:val="Heading2"/>
      </w:pPr>
      <w:r>
        <w:t>Action plan</w:t>
      </w:r>
    </w:p>
    <w:p>
      <w:r>
        <w:t>Turn the complaints into an action plan for my heads of department: Department | Problem | Action | Owner | Check-in date. Then write it as a short message I can send to them.</w:t>
      </w:r>
    </w:p>
    <w:p>
      <w:r>
        <w:rPr>
          <w:i/>
        </w:rPr>
        <w:t>Check: Compare with Exercise 3: the team already agreed some of these fixes in the meeting.</w:t>
      </w:r>
    </w:p>
    <w:p>
      <w:pPr>
        <w:pStyle w:val="Heading1"/>
      </w:pPr>
      <w:r>
        <w:t>8. Messy notes into an SOP, in Thai, with a quiz</w:t>
      </w:r>
    </w:p>
    <w:p>
      <w:r>
        <w:t>Practice file: 06-Lost-and-found-notes.docx</w:t>
      </w:r>
    </w:p>
    <w:p>
      <w:pPr>
        <w:pStyle w:val="Heading2"/>
      </w:pPr>
      <w:r>
        <w:t>Write the SOP</w:t>
      </w:r>
    </w:p>
    <w:p>
      <w:r>
        <w:t>Attached are messy notes about how we handle lost and found. Turn them into a clear Standard Operating Procedure with: Purpose, Who is responsible, Step-by-step process (numbered), How long we keep items, Rules for valuables, and Targets. Use simple language every staff member understands. Mark anything in the notes that is unclear with [CHECK].</w:t>
      </w:r>
    </w:p>
    <w:p>
      <w:r>
        <w:rPr>
          <w:i/>
        </w:rPr>
        <w:t>Check: The notes are unsure about valuables and the police after 1 year. That should be marked [CHECK], not made up.</w:t>
      </w:r>
    </w:p>
    <w:p>
      <w:pPr>
        <w:pStyle w:val="Heading2"/>
      </w:pPr>
      <w:r>
        <w:t>Thai version</w:t>
      </w:r>
    </w:p>
    <w:p>
      <w:r>
        <w:t>Translate the SOP into Thai for our staff. Use simple, polite workplace Thai. Keep the same numbering.</w:t>
      </w:r>
    </w:p>
    <w:p>
      <w:r>
        <w:rPr>
          <w:i/>
        </w:rPr>
        <w:t>Check: Tina can judge this one. Is it natural Thai a room attendant would understand?</w:t>
      </w:r>
    </w:p>
    <w:p>
      <w:pPr>
        <w:pStyle w:val="Heading2"/>
      </w:pPr>
      <w:r>
        <w:t>Staff quiz</w:t>
      </w:r>
    </w:p>
    <w:p>
      <w:r>
        <w:t>Create a 10-question multiple-choice quiz about this SOP for staff training, with the answers at the end.</w:t>
      </w:r>
    </w:p>
    <w:p>
      <w:r>
        <w:rPr>
          <w:i/>
        </w:rPr>
        <w:t>Check: Bonus: ask for a one-page poster for the staff room with 6 short rules and the 2-hour target.</w:t>
      </w:r>
    </w:p>
    <w:p>
      <w:pPr>
        <w:pStyle w:val="Heading1"/>
      </w:pPr>
      <w:r>
        <w:t>9. Research on the web: festive packages</w:t>
      </w:r>
    </w:p>
    <w:p>
      <w:pPr>
        <w:pStyle w:val="Heading2"/>
      </w:pPr>
      <w:r>
        <w:t>Search and compare</w:t>
      </w:r>
    </w:p>
    <w:p>
      <w:r>
        <w:t>Search the web for Christmas and New Year's Eve 2026 packages at 5-star hotels in Bangkok. Make a table with: hotel, package name, what is included, price in THB, and the source link. Only include packages you can find a source for. If a price is not published, write 'not published'.</w:t>
      </w:r>
    </w:p>
    <w:p>
      <w:r>
        <w:rPr>
          <w:i/>
        </w:rPr>
        <w:t>Check: Click 2 of the links and check the price yourself. Old 2025 offers often show up. Check the year.</w:t>
      </w:r>
    </w:p>
    <w:p>
      <w:pPr>
        <w:pStyle w:val="Heading2"/>
      </w:pPr>
      <w:r>
        <w:t>Stand out</w:t>
      </w:r>
    </w:p>
    <w:p>
      <w:r>
        <w:t>Based on this, suggest 3 ideas that would make our New Year's Eve package stand out, for a riverside 5-star hotel with a rooftop bar. For each idea give a name, what is included, and who it is for.</w:t>
      </w:r>
    </w:p>
    <w:p>
      <w:r>
        <w:rPr>
          <w:i/>
        </w:rPr>
        <w:t>Check: If Copilot says it can't search the web, your company may have turned web search off. Add it to your ask-IT list.</w:t>
      </w:r>
    </w:p>
    <w:p>
      <w:pPr>
        <w:pStyle w:val="Heading1"/>
      </w:pPr>
      <w:r>
        <w:t>10. Create an image (if your Copilot allows it)</w:t>
      </w:r>
    </w:p>
    <w:p>
      <w:pPr>
        <w:pStyle w:val="Heading2"/>
      </w:pPr>
      <w:r>
        <w:t>Make an image</w:t>
      </w:r>
    </w:p>
    <w:p>
      <w:r>
        <w:t>Create an image of a festive New Year's Eve rooftop party at a luxury hotel in Bangkok: city skyline at night, fireworks over the river, elegant guests with champagne, warm gold lights. No text and no logos in the image. Wide format.</w:t>
      </w:r>
    </w:p>
    <w:p>
      <w:r>
        <w:rPr>
          <w:i/>
        </w:rPr>
        <w:t>Check: Use it for internal ideas and mood boards. Anything public still goes through your brand and marketing team.</w:t>
      </w:r>
    </w:p>
    <w:p>
      <w:pPr>
        <w:pStyle w:val="Heading1"/>
      </w:pPr>
      <w:r>
        <w:t>11. Build your own assistant (agent)</w:t>
      </w:r>
    </w:p>
    <w:p>
      <w:pPr>
        <w:pStyle w:val="Heading2"/>
      </w:pPr>
      <w:r>
        <w:t>Paste as the instructions</w:t>
      </w:r>
    </w:p>
    <w:p>
      <w:r>
        <w:t>You are the Guest Review Reply Assistant for a 5-star hotel in Bangkok. When I paste a guest review: 1) Say in one line what the guest liked or disliked. 2) Write a reply under 80 words: warm, personal, takes ownership, no excuses, mentions one specific fix for any complaint, and thanks the guest by name if a name is given. 3) If the review is in Thai, also give a Thai reply. Never offer refunds, discounts or free nights. Never mention staff surnames or other guests. Sign as 'The General Manager'.</w:t>
      </w:r>
    </w:p>
    <w:p>
      <w:r>
        <w:rPr>
          <w:i/>
        </w:rPr>
        <w:t>Check: Name it 'Review Reply Assistant', paste this into Instructions, then click Create.</w:t>
      </w:r>
    </w:p>
    <w:p>
      <w:pPr>
        <w:pStyle w:val="Heading2"/>
      </w:pPr>
      <w:r>
        <w:t>Test it</w:t>
      </w:r>
    </w:p>
    <w:p>
      <w:r>
        <w:t>Guest: Sarah M., 2 stars. "Beautiful hotel and great breakfast, but we waited 35 minutes to check in after a 12-hour flight, and the air conditioning rattled all night. Not what we expected for the price."</w:t>
      </w:r>
    </w:p>
    <w:p>
      <w:r>
        <w:rPr>
          <w:i/>
        </w:rPr>
        <w:t>Check: Did it follow every rule? No discount offered, under 80 words, one specific fix?</w:t>
      </w:r>
    </w:p>
    <w:p>
      <w:pPr>
        <w:pStyle w:val="Heading1"/>
      </w:pPr>
      <w:r>
        <w:t>12. Now your own work</w:t>
      </w:r>
    </w:p>
    <w:p>
      <w:pPr>
        <w:pStyle w:val="Heading2"/>
      </w:pPr>
      <w:r>
        <w:t>Fill in the brackets</w:t>
      </w:r>
    </w:p>
    <w:p>
      <w:r>
        <w:t>I am the General Manager of [hotel]. I need to [task] for [who will read it] by [date]. Here is the information: [attach the file or paste the text]. Please give me [a table / an email / a one-page summary / a slide outline], [length], in a [tone] tone. Before you start, ask me up to 3 questions if anything important is missing.</w:t>
      </w:r>
    </w:p>
    <w:p>
      <w:r>
        <w:rPr>
          <w:i/>
        </w:rPr>
        <w:t>Check: Real work data only goes into your work Copilot (green shield). Follow your company's AI policy.</w:t>
      </w:r>
    </w:p>
    <w:p>
      <w:pPr>
        <w:pStyle w:val="Heading1"/>
      </w:pPr>
      <w:r>
        <w:t>With the full Microsoft 365 Copilot licence</w:t>
      </w:r>
    </w:p>
    <w:p>
      <w:pPr>
        <w:pStyle w:val="Heading2"/>
      </w:pPr>
      <w:r>
        <w:t>Outlook</w:t>
      </w:r>
    </w:p>
    <w:p>
      <w:r>
        <w:t>Open a long thread, click Copilot, then Summarise. Or start a new email and click Draft with Copilot.</w:t>
      </w:r>
    </w:p>
    <w:p>
      <w:r>
        <w:t>Summarise this thread. List what each person is asking me to do and any deadlines.</w:t>
      </w:r>
    </w:p>
    <w:p>
      <w:pPr>
        <w:pStyle w:val="Heading2"/>
      </w:pPr>
      <w:r>
        <w:t>Teams</w:t>
      </w:r>
    </w:p>
    <w:p>
      <w:r>
        <w:t>After a recorded meeting, open Recap. Or ask Copilot in the meeting chat.</w:t>
      </w:r>
    </w:p>
    <w:p>
      <w:r>
        <w:t>List the decisions, the action items with owners, and the open questions from this meeting.</w:t>
      </w:r>
    </w:p>
    <w:p>
      <w:pPr>
        <w:pStyle w:val="Heading2"/>
      </w:pPr>
      <w:r>
        <w:t>Excel</w:t>
      </w:r>
    </w:p>
    <w:p>
      <w:r>
        <w:t>Click Copilot on the Home tab. Your file must be saved in OneDrive or SharePoint.</w:t>
      </w:r>
    </w:p>
    <w:p>
      <w:r>
        <w:t>Add a column for cost per booking, highlight the 3 worst channels, and make a chart of revenue by channel.</w:t>
      </w:r>
    </w:p>
    <w:p>
      <w:pPr>
        <w:pStyle w:val="Heading2"/>
      </w:pPr>
      <w:r>
        <w:t>Word</w:t>
      </w:r>
    </w:p>
    <w:p>
      <w:r>
        <w:t>Click Copilot in a new document, or select text and ask it to rewrite.</w:t>
      </w:r>
    </w:p>
    <w:p>
      <w:r>
        <w:t>Draft a one-page memo to all staff about the new lost and found procedure, using the file /Lost-and-found-notes.</w:t>
      </w:r>
    </w:p>
    <w:p>
      <w:pPr>
        <w:pStyle w:val="Heading2"/>
      </w:pPr>
      <w:r>
        <w:t>PowerPoint</w:t>
      </w:r>
    </w:p>
    <w:p>
      <w:r>
        <w:t>Click Copilot, then Create a presentation from a file.</w:t>
      </w:r>
    </w:p>
    <w:p>
      <w:r>
        <w:t>Create a 6-slide presentation for the owners from /Budget-2027-summary. Keep it simple, one message per slide.</w:t>
      </w:r>
    </w:p>
    <w:p>
      <w:pPr>
        <w:pStyle w:val="Heading2"/>
      </w:pPr>
      <w:r>
        <w:t>Work tab in Copilot Chat</w:t>
      </w:r>
    </w:p>
    <w:p>
      <w:r>
        <w:t>Switch the toggle at the top from Web to Work. Copilot can then search your own email, Teams and files.</w:t>
      </w:r>
    </w:p>
    <w:p>
      <w:r>
        <w:t>What did the owner's representative ask me for in the last 2 weeks, and what is still open?</w:t>
      </w:r>
    </w:p>
    <w:p>
      <w:pPr>
        <w:pStyle w:val="Heading1"/>
      </w:pPr>
      <w:r>
        <w:t>Email to IT</w:t>
      </w:r>
    </w:p>
    <w:p>
      <w:r>
        <w:t>Subject: Copilot settings check for me</w:t>
      </w:r>
    </w:p>
    <w:p/>
    <w:p>
      <w:r>
        <w:t>Hi IT team,</w:t>
      </w:r>
    </w:p>
    <w:p/>
    <w:p>
      <w:r>
        <w:t>I am using Microsoft 365 Copilot Chat for my work. Could you please check these settings for my account and tell me what I have?</w:t>
      </w:r>
    </w:p>
    <w:p/>
    <w:p>
      <w:r>
        <w:t>1. Do I have a Microsoft 365 Copilot licence, or only Copilot Chat?</w:t>
      </w:r>
    </w:p>
    <w:p>
      <w:r>
        <w:t>2. Can I upload files (Word, Excel, PDF) into Copilot Chat?</w:t>
      </w:r>
    </w:p>
    <w:p>
      <w:r>
        <w:t>3. Is web search turned on in Copilot Chat?</w:t>
      </w:r>
    </w:p>
    <w:p>
      <w:r>
        <w:t>4. Can I create agents in Copilot Chat?</w:t>
      </w:r>
    </w:p>
    <w:p>
      <w:r>
        <w:t>5. Can I create images in Copilot Chat?</w:t>
      </w:r>
    </w:p>
    <w:p>
      <w:r>
        <w:t>6. If I do not have the licence: what is the process and the cost to get Copilot in Outlook, Teams, Word, Excel and PowerPoint for me?</w:t>
      </w:r>
    </w:p>
    <w:p/>
    <w:p>
      <w:r>
        <w:t>Thank you,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